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220"/>
      </w:pPr>
      <w:r>
        <w:rPr>
          <w:b/>
          <w:color w:val="505A69"/>
          <w:sz w:val="16"/>
        </w:rPr>
        <w:t>FORMHUB WORD CONVERSION • City of Imus PDF sample</w:t>
      </w:r>
    </w:p>
    <w:p>
      <w:pPr>
        <w:spacing w:after="240"/>
      </w:pPr>
      <w:r>
        <w:rPr>
          <w:b w:val="0"/>
        </w:rPr>
        <w:t>Republic of the Philippines)</w:t>
        <w:br/>
        <w:t>____________________ ) s.s.</w:t>
      </w:r>
    </w:p>
    <w:p>
      <w:pPr>
        <w:pStyle w:val="Title"/>
        <w:jc w:val="center"/>
      </w:pPr>
      <w:r>
        <w:t>DEED OF SALE OF MOTOR VEHICLE</w:t>
      </w:r>
    </w:p>
    <w:p>
      <w:pPr>
        <w:spacing w:after="240"/>
      </w:pPr>
      <w:r>
        <w:rPr>
          <w:b/>
        </w:rPr>
        <w:t>KNOW ALL MEN BY THESE PRESENTS:</w:t>
      </w:r>
    </w:p>
    <w:p>
      <w:pPr>
        <w:spacing w:after="300"/>
      </w:pPr>
      <w:r>
        <w:rPr>
          <w:b w:val="0"/>
        </w:rPr>
        <w:t>I, _______, of legal age, single/married, with residence address at ______, FOR AND IN CONSIDERATION of the sum of ________ (P_______), Philippine Currency, to me in hand paid to my full satisfaction by _______, likewise of legal age, single/married and with residence at _____, DO HEREBY SELL, CEDE, TRANSFER AND CONVEY unto the said ____, his heirs and assigns, that motor vehicle which is specifically described as follows:</w:t>
      </w:r>
    </w:p>
    <w:tbl>
      <w:tblPr>
        <w:tblW w:type="auto" w:w="0"/>
        <w:tblLook w:firstColumn="1" w:firstRow="1" w:lastColumn="0" w:lastRow="0" w:noHBand="0" w:noVBand="1" w:val="04A0"/>
      </w:tblPr>
      <w:tblGrid>
        <w:gridCol w:w="4939"/>
        <w:gridCol w:w="4939"/>
      </w:tblGrid>
      <w:tr>
        <w:tc>
          <w:tcPr>
            <w:tcW w:type="dxa" w:w="4939"/>
            <w:vAlign w:val="center"/>
          </w:tcPr>
          <w:p>
            <w:r>
              <w:t>MAKE: ____________________</w:t>
            </w:r>
          </w:p>
        </w:tc>
        <w:tc>
          <w:tcPr>
            <w:tcW w:type="dxa" w:w="4939"/>
            <w:vAlign w:val="center"/>
          </w:tcPr>
          <w:p>
            <w:r>
              <w:t>COLOR: ____________________</w:t>
            </w:r>
          </w:p>
        </w:tc>
      </w:tr>
      <w:tr>
        <w:tc>
          <w:tcPr>
            <w:tcW w:type="dxa" w:w="4939"/>
            <w:vAlign w:val="center"/>
          </w:tcPr>
          <w:p>
            <w:r>
              <w:t>TYPE: ____________________</w:t>
            </w:r>
          </w:p>
        </w:tc>
        <w:tc>
          <w:tcPr>
            <w:tcW w:type="dxa" w:w="4939"/>
            <w:vAlign w:val="center"/>
          </w:tcPr>
          <w:p>
            <w:r>
              <w:t>PLATE NO.: ____________________</w:t>
            </w:r>
          </w:p>
        </w:tc>
      </w:tr>
      <w:tr>
        <w:tc>
          <w:tcPr>
            <w:tcW w:type="dxa" w:w="4939"/>
            <w:vAlign w:val="center"/>
          </w:tcPr>
          <w:p>
            <w:r>
              <w:t>MODEL: ____________________</w:t>
            </w:r>
          </w:p>
        </w:tc>
        <w:tc>
          <w:tcPr>
            <w:tcW w:type="dxa" w:w="4939"/>
            <w:vAlign w:val="center"/>
          </w:tcPr>
          <w:p>
            <w:r>
              <w:t>ENGINE NO.: ____________________</w:t>
            </w:r>
          </w:p>
        </w:tc>
      </w:tr>
    </w:tbl>
    <w:p/>
    <w:p>
      <w:pPr>
        <w:spacing w:after="260"/>
      </w:pPr>
      <w:r>
        <w:rPr>
          <w:b w:val="0"/>
        </w:rPr>
        <w:t>That I hereby warrant unto the said ____ full title and ownership over the vehicle above-described, free from liens and encumbrances, in favor of any person or entity.</w:t>
      </w:r>
    </w:p>
    <w:p>
      <w:pPr>
        <w:spacing w:after="460"/>
      </w:pPr>
      <w:r>
        <w:rPr>
          <w:b w:val="0"/>
        </w:rPr>
        <w:t>IN WITNESS WHEREOF, I have hereunto set my hand this ___ day of ______________, 2013 at the _________________________, Philippines.</w:t>
      </w:r>
    </w:p>
    <w:p>
      <w:pPr>
        <w:spacing w:after="360"/>
        <w:jc w:val="center"/>
      </w:pPr>
      <w:r>
        <w:rPr>
          <w:b w:val="0"/>
        </w:rPr>
        <w:t>____________________________</w:t>
        <w:br/>
        <w:t>Signature of Seller</w:t>
      </w:r>
    </w:p>
    <w:p>
      <w:pPr>
        <w:spacing w:after="240"/>
        <w:jc w:val="center"/>
      </w:pPr>
      <w:r>
        <w:rPr>
          <w:b w:val="0"/>
        </w:rPr>
        <w:t>SIGNED IN THE PRESENCE OF:</w:t>
      </w:r>
    </w:p>
    <w:p>
      <w:pPr>
        <w:jc w:val="center"/>
      </w:pPr>
      <w:r>
        <w:rPr>
          <w:b w:val="0"/>
        </w:rPr>
        <w:t>____________________________           _________________________________</w:t>
      </w:r>
    </w:p>
    <w:p>
      <w:r>
        <w:br w:type="page"/>
      </w:r>
    </w:p>
    <w:p>
      <w:pPr>
        <w:spacing w:after="360"/>
      </w:pPr>
      <w:r>
        <w:rPr>
          <w:b w:val="0"/>
        </w:rPr>
        <w:t>REPUBLIC OF THE PHILIPPINES)</w:t>
        <w:br/>
        <w:t>IMUS, CAVITE           ) S.S.</w:t>
      </w:r>
    </w:p>
    <w:p>
      <w:pPr>
        <w:pStyle w:val="Title"/>
        <w:jc w:val="center"/>
      </w:pPr>
      <w:r>
        <w:t>ACKNOWLEDGEMENT</w:t>
      </w:r>
    </w:p>
    <w:p>
      <w:pPr>
        <w:spacing w:after="520"/>
      </w:pPr>
      <w:r>
        <w:rPr>
          <w:b w:val="0"/>
        </w:rPr>
        <w:t>BEFORE ME, a Notary Public for and in the Imus, Cavite, this ___day of __________, 2013, personally came and appeared ______________________, showing a competent proof of his identification: ______________ VALID UNTIL _______________ known to me and to me known to be the same person who executed the forgoing instrument and acknowledged that the same is his free and voluntary act and deed.</w:t>
      </w:r>
    </w:p>
    <w:p>
      <w:pPr>
        <w:spacing w:after="600"/>
        <w:jc w:val="center"/>
      </w:pPr>
      <w:r>
        <w:rPr>
          <w:b w:val="0"/>
        </w:rPr>
        <w:t>WITNESS MY HAND AND SEAL……………..</w:t>
      </w:r>
    </w:p>
    <w:p>
      <w:r>
        <w:rPr>
          <w:b w:val="0"/>
        </w:rPr>
        <w:t>Doc. No. __________;</w:t>
        <w:br/>
        <w:t>Page No. __________;</w:t>
        <w:br/>
        <w:t>Book no. __________;</w:t>
        <w:br/>
        <w:t>Series of 2013.</w:t>
      </w:r>
    </w:p>
    <w:sectPr w:rsidR="00FC693F" w:rsidRPr="0006063C" w:rsidSect="00034616">
      <w:footerReference w:type="default" r:id="rId9"/>
      <w:pgSz w:w="12240" w:h="15840"/>
      <w:pgMar w:top="1037" w:right="1181" w:bottom="1037" w:left="118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A5A5A"/>
        <w:sz w:val="14"/>
      </w:rPr>
      <w:t>Original government PDF: https://cityofimus.gov.ph/docs/Downloadable%20Forms/Deed-of-Sale-of-Motor-Vehicle.pdf</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60" w:line="271" w:lineRule="auto"/>
    </w:pPr>
    <w:rPr>
      <w:rFonts w:ascii="Arial" w:hAnsi="Arial"/>
      <w:color w:val="000000"/>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20" w:line="240" w:lineRule="auto"/>
      <w:contextualSpacing/>
    </w:pPr>
    <w:rPr>
      <w:rFonts w:asciiTheme="majorHAnsi" w:eastAsiaTheme="majorEastAsia" w:hAnsiTheme="majorHAnsi" w:cstheme="majorBidi" w:ascii="Arial" w:hAnsi="Arial"/>
      <w:b/>
      <w:color w:val="000000"/>
      <w:spacing w:val="5"/>
      <w:kern w:val="28"/>
      <w:sz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Editable transcription of City of Imus sample</dc:title>
  <dc:subject/>
  <dc:creator>Formhub</dc:creator>
  <cp:keywords/>
  <dc:description>Editable transcription; check the linked government PDF before use.</dc:description>
  <cp:lastModifiedBy/>
  <cp:revision>1</cp:revision>
  <dcterms:created xsi:type="dcterms:W3CDTF">2013-12-23T23:15:00Z</dcterms:created>
  <dcterms:modified xsi:type="dcterms:W3CDTF">2013-12-23T23:15:00Z</dcterms:modified>
  <cp:category/>
</cp:coreProperties>
</file>