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20"/>
      </w:pPr>
      <w:r>
        <w:rPr>
          <w:b/>
          <w:color w:val="505A69"/>
          <w:sz w:val="16"/>
        </w:rPr>
        <w:t>FORMHUB WORD CONVERSION • DTI Fair Trade PDF sample</w:t>
      </w:r>
    </w:p>
    <w:p>
      <w:pPr>
        <w:pStyle w:val="Title"/>
        <w:jc w:val="center"/>
      </w:pPr>
      <w:r>
        <w:t>Initial Complaint Form</w:t>
      </w:r>
    </w:p>
    <w:p>
      <w:pPr>
        <w:spacing w:after="240"/>
        <w:jc w:val="center"/>
      </w:pPr>
      <w:r>
        <w:rPr>
          <w:b w:val="0"/>
        </w:rPr>
        <w:t>FORM  Code FM-CC-01   Rev. 0   Date 01-Oct-22</w:t>
      </w:r>
    </w:p>
    <w:p>
      <w:pPr>
        <w:spacing w:before="200" w:after="120"/>
      </w:pPr>
      <w:r>
        <w:rPr>
          <w:b/>
        </w:rPr>
        <w:t>PARTY COMPLAINING</w:t>
      </w:r>
    </w:p>
    <w:p>
      <w:r>
        <w:rPr>
          <w:b/>
        </w:rPr>
        <w:t xml:space="preserve">Name * (Last / First / Middle)  </w:t>
      </w:r>
      <w:r>
        <w:t>__________________________________________________</w:t>
      </w:r>
    </w:p>
    <w:p>
      <w:r>
        <w:rPr>
          <w:b/>
        </w:rPr>
        <w:t xml:space="preserve">Age / Sex  </w:t>
      </w:r>
      <w:r>
        <w:t>__________________________________________________</w:t>
      </w:r>
    </w:p>
    <w:p>
      <w:r>
        <w:rPr>
          <w:b/>
        </w:rPr>
        <w:t xml:space="preserve">Address * (House / Barangay / City)  </w:t>
      </w:r>
      <w:r>
        <w:t>__________________________________________________</w:t>
      </w:r>
    </w:p>
    <w:p>
      <w:r>
        <w:rPr>
          <w:b/>
        </w:rPr>
        <w:t xml:space="preserve">Contact Number *  </w:t>
      </w:r>
      <w:r>
        <w:t>__________________________________________________</w:t>
      </w:r>
    </w:p>
    <w:p>
      <w:r>
        <w:rPr>
          <w:b/>
        </w:rPr>
        <w:t xml:space="preserve">Email Address  </w:t>
      </w:r>
      <w:r>
        <w:t>__________________________________________________</w:t>
      </w:r>
    </w:p>
    <w:p>
      <w:r>
        <w:rPr>
          <w:b w:val="0"/>
        </w:rPr>
        <w:t>Social Classification  □ Senior Citizen  □ Youth (15-30)  □ Out of School Youth</w:t>
        <w:br/>
        <w:t>□ Abled  □ Differently Abled  □ Indigenous Person</w:t>
      </w:r>
    </w:p>
    <w:p>
      <w:pPr>
        <w:spacing w:before="200" w:after="120"/>
      </w:pPr>
      <w:r>
        <w:rPr>
          <w:b/>
        </w:rPr>
        <w:t>THE PARTY COMPLAINED OF</w:t>
      </w:r>
    </w:p>
    <w:p>
      <w:r>
        <w:rPr>
          <w:b/>
        </w:rPr>
        <w:t xml:space="preserve">Name *  </w:t>
      </w:r>
      <w:r>
        <w:t>__________________________________________________</w:t>
      </w:r>
    </w:p>
    <w:p>
      <w:r>
        <w:rPr>
          <w:b/>
        </w:rPr>
        <w:t xml:space="preserve">Address (Unit / Street / Barangay / City)  </w:t>
      </w:r>
      <w:r>
        <w:t>__________________________________________________</w:t>
      </w:r>
    </w:p>
    <w:p>
      <w:r>
        <w:rPr>
          <w:b/>
        </w:rPr>
        <w:t xml:space="preserve">Owner/Manager  </w:t>
      </w:r>
      <w:r>
        <w:t>__________________________________________________</w:t>
      </w:r>
    </w:p>
    <w:p>
      <w:r>
        <w:rPr>
          <w:b/>
        </w:rPr>
        <w:t xml:space="preserve">Contact Number / Email  </w:t>
      </w:r>
      <w:r>
        <w:t>__________________________________________________</w:t>
      </w:r>
    </w:p>
    <w:p>
      <w:r>
        <w:rPr>
          <w:b/>
        </w:rPr>
        <w:t xml:space="preserve">Website / Social Media Link  </w:t>
      </w:r>
      <w:r>
        <w:t>__________________________________________________</w:t>
      </w:r>
    </w:p>
    <w:p>
      <w:pPr>
        <w:spacing w:before="200" w:after="120"/>
      </w:pPr>
      <w:r>
        <w:rPr>
          <w:b/>
        </w:rPr>
        <w:t>NATURE OF COMPLAINT</w:t>
      </w:r>
    </w:p>
    <w:p>
      <w:r>
        <w:rPr>
          <w:b w:val="0"/>
        </w:rPr>
        <w:t>What is the nature of your complaint? Please select the checkbox*</w:t>
      </w:r>
    </w:p>
    <w:p>
      <w:pPr>
        <w:spacing w:after="80"/>
      </w:pPr>
      <w:r>
        <w:rPr>
          <w:b/>
        </w:rPr>
        <w:t>Violation of the Consumer Act of the Philippines:</w:t>
      </w:r>
    </w:p>
    <w:p>
      <w:pPr>
        <w:spacing w:after="120"/>
      </w:pPr>
      <w:r>
        <w:rPr>
          <w:b w:val="0"/>
        </w:rPr>
        <w:t>□ No Return No Exchange Policy</w:t>
        <w:br/>
        <w:t>□ Breach of Product or Service Warranty</w:t>
        <w:br/>
        <w:t>□ Deceptive Sales Acts or Practices</w:t>
        <w:br/>
        <w:t>□ Unfair or Unconscionable Sales Acts</w:t>
        <w:br/>
        <w:t>□ Liability for Product/Service Imperfection</w:t>
        <w:br/>
        <w:t>□ Violation of Sales Promotion Mechanics</w:t>
        <w:br/>
        <w:t>□ Labelling and Fair Packaging Violation</w:t>
        <w:br/>
        <w:t>□ Violation of the Price Tag Requirement</w:t>
        <w:br/>
        <w:t>□ Fraudulent Practices in Weights/Measures</w:t>
      </w:r>
    </w:p>
    <w:p>
      <w:pPr>
        <w:spacing w:after="80"/>
      </w:pPr>
      <w:r>
        <w:rPr>
          <w:b/>
        </w:rPr>
        <w:t>Violation of Fair Trade Laws, Rules and Regulations</w:t>
      </w:r>
    </w:p>
    <w:p>
      <w:pPr>
        <w:spacing w:after="160"/>
      </w:pPr>
      <w:r>
        <w:rPr>
          <w:b w:val="0"/>
        </w:rPr>
        <w:t>□ Profiteering/Price Manipulation (Price Act)</w:t>
        <w:br/>
        <w:t>□ Imposition of Credit/Debit Card Surcharge/s</w:t>
        <w:br/>
        <w:t>□ Gift Check/Card/Certificate with Expiry Date</w:t>
        <w:br/>
        <w:t>□ Accreditation of Service/Repair Shops</w:t>
        <w:br/>
        <w:t>□ Products under the Mandatory Certification Scheme without ICC or PS marking/s</w:t>
        <w:br/>
        <w:t>□ Violation of Business Name Law/Rules</w:t>
        <w:br/>
        <w:t>□ Others (pls. specify the violation) ____________________</w:t>
      </w:r>
    </w:p>
    <w:p>
      <w:pPr>
        <w:spacing w:before="200" w:after="120"/>
      </w:pPr>
      <w:r>
        <w:rPr>
          <w:b/>
        </w:rPr>
        <w:t>COMPLAINT DETAILS</w:t>
      </w:r>
    </w:p>
    <w:p>
      <w:r>
        <w:rPr>
          <w:b w:val="0"/>
        </w:rPr>
        <w:t>Product/Services*  □ Apparel  □ Electronic/IT Gadgets  □ Household Appliance</w:t>
        <w:br/>
        <w:t>□ Electrical Supplies  □ Motor Vehicle/Parts  □ Others __________</w:t>
      </w:r>
    </w:p>
    <w:p>
      <w:r>
        <w:rPr>
          <w:b/>
        </w:rPr>
        <w:t xml:space="preserve">Type/Brand/Model  </w:t>
      </w:r>
      <w:r>
        <w:t>__________________________________________________</w:t>
      </w:r>
    </w:p>
    <w:p>
      <w:r>
        <w:rPr>
          <w:b/>
        </w:rPr>
        <w:t xml:space="preserve">Date of Purchase *  </w:t>
      </w:r>
      <w:r>
        <w:t>__________________________________________________</w:t>
      </w:r>
    </w:p>
    <w:p>
      <w:r>
        <w:rPr>
          <w:b w:val="0"/>
        </w:rPr>
        <w:t>Product Condition*  □ Brand New  □ Second-Hand  □ Surplus  □ Others __________</w:t>
      </w:r>
    </w:p>
    <w:p>
      <w:r>
        <w:rPr>
          <w:b/>
        </w:rPr>
        <w:t xml:space="preserve">What is the defect?  </w:t>
      </w:r>
      <w:r>
        <w:t>__________________________________________________</w:t>
      </w:r>
    </w:p>
    <w:p>
      <w:r>
        <w:rPr>
          <w:b w:val="0"/>
        </w:rPr>
        <w:t>Type of Payment (Check all that apply)  □ Cash  □ Check  □ Credit Card  □ Installment  □ Others</w:t>
      </w:r>
    </w:p>
    <w:p>
      <w:r>
        <w:rPr>
          <w:b w:val="0"/>
        </w:rPr>
        <w:t>Proof of Transaction*  □ Official Receipt  □ Warranty Card  □ Deposit Slip  □ Contract/s</w:t>
        <w:br/>
        <w:t>□ Delivery Receipt  □ Sales Invoice  □ Others</w:t>
      </w:r>
    </w:p>
    <w:p>
      <w:pPr>
        <w:spacing w:after="100"/>
      </w:pPr>
      <w:r>
        <w:rPr>
          <w:b w:val="0"/>
        </w:rPr>
        <w:t>*required information</w:t>
      </w:r>
    </w:p>
    <w:p>
      <w:pPr>
        <w:pageBreakBefore/>
        <w:spacing w:before="200" w:after="120"/>
      </w:pPr>
      <w:r>
        <w:rPr>
          <w:b/>
        </w:rPr>
        <w:t>NARRATION OF FACTS*</w:t>
      </w:r>
    </w:p>
    <w:p>
      <w:r>
        <w:rPr>
          <w:b w:val="0"/>
        </w:rPr>
        <w:t>Please write legibly. Use additional sheets if necessary.</w:t>
      </w:r>
    </w:p>
    <w:p>
      <w:r>
        <w:rPr>
          <w:b w:val="0"/>
        </w:rPr>
        <w:t>________________________________________________________________________________</w:t>
      </w:r>
    </w:p>
    <w:p>
      <w:r>
        <w:rPr>
          <w:b w:val="0"/>
        </w:rPr>
        <w:t>________________________________________________________________________________</w:t>
      </w:r>
    </w:p>
    <w:p>
      <w:r>
        <w:rPr>
          <w:b w:val="0"/>
        </w:rPr>
        <w:t>________________________________________________________________________________</w:t>
      </w:r>
    </w:p>
    <w:p>
      <w:r>
        <w:rPr>
          <w:b w:val="0"/>
        </w:rPr>
        <w:t>How would you like your complaint to be settled? (Please select the checkbox)</w:t>
      </w:r>
    </w:p>
    <w:p>
      <w:r>
        <w:rPr>
          <w:b w:val="0"/>
        </w:rPr>
        <w:t>□ Replacement  □ Repair  □ Refund the amount of __________  □ Others __________</w:t>
      </w:r>
    </w:p>
    <w:p>
      <w:r>
        <w:rPr>
          <w:b w:val="0"/>
        </w:rPr>
        <w:t>Did you contact the owner/manager/supervisor of the store's Consumer Welfare Desk or Customer Service Unit regarding the details of the incident along with your reasons for complaining?</w:t>
      </w:r>
    </w:p>
    <w:p>
      <w:r>
        <w:rPr>
          <w:b w:val="0"/>
        </w:rPr>
        <w:t>□ Yes  □ No     If Yes, when? __________     Please provide details: __________________________</w:t>
      </w:r>
    </w:p>
    <w:p>
      <w:r>
        <w:rPr>
          <w:b w:val="0"/>
        </w:rPr>
        <w:t>Have you commenced a complaint/action involving the same issues in court, tribunal or any other government agency, unit, office or bureau?</w:t>
      </w:r>
    </w:p>
    <w:p>
      <w:r>
        <w:rPr>
          <w:b w:val="0"/>
        </w:rPr>
        <w:t>□ Yes  □ No     If Yes, where? __________     When? __________</w:t>
      </w:r>
    </w:p>
    <w:p>
      <w:r>
        <w:rPr>
          <w:b w:val="0"/>
        </w:rPr>
        <w:t>Please provide details: ______________________________________________________________</w:t>
      </w:r>
    </w:p>
    <w:p>
      <w:r>
        <w:rPr>
          <w:b w:val="0"/>
        </w:rPr>
        <w:t>*Please attach copies of necessary supporting documents.</w:t>
      </w:r>
    </w:p>
    <w:p>
      <w:pPr>
        <w:spacing w:after="100"/>
      </w:pPr>
      <w:r>
        <w:rPr>
          <w:b w:val="0"/>
        </w:rPr>
        <w:t>1. I hereby certify that the foregoing statements are true and correct to the best of my personal knowledge and/or based on authentic documents/records in my possession.</w:t>
      </w:r>
    </w:p>
    <w:p>
      <w:pPr>
        <w:spacing w:after="100"/>
      </w:pPr>
      <w:r>
        <w:rPr>
          <w:b w:val="0"/>
        </w:rPr>
        <w:t>2. The complaint shall be deemed withdrawn without prejudice to the refiling of the same if the undersigned or his/her duly authorized representative fails to appear without good cause on the scheduled date and time of mediation despite due notice.</w:t>
      </w:r>
    </w:p>
    <w:p>
      <w:pPr>
        <w:spacing w:after="100"/>
      </w:pPr>
      <w:r>
        <w:rPr>
          <w:b w:val="0"/>
        </w:rPr>
        <w:t>3. DTI may cause the endorsement of this complaint to other government agencies or decline to take cognizance thereof for lack of jurisdiction over any of the parties or of the nature/subject matter of the complaint or when the complaint is filed beyond the prescriptive period and such other grounds allowed by law.</w:t>
      </w:r>
    </w:p>
    <w:p>
      <w:pPr>
        <w:spacing w:after="100"/>
      </w:pPr>
      <w:r>
        <w:rPr>
          <w:b w:val="0"/>
        </w:rPr>
        <w:t>4. This Office will collect your personal information such as name, address, contact number, email, etc. The information will be shared with the establishment/s being complained of and other government agencies for their appropriate action and possible resolution of your concern. The DTI is committed to ensuring the privacy and security of all data collected, consistent with the Data Privacy Act of 2012, until the resolution of your concern. Data collected will be used for purposes of our Consumer Complaints Handling Mechanism and in the performance of our mandate. For any concerns on the use of your data, you may contact the Lead Data Protection Officer of the DTI through dpo@dti.gov.ph.</w:t>
      </w:r>
    </w:p>
    <w:p>
      <w:pPr>
        <w:spacing w:after="260"/>
      </w:pPr>
      <w:r>
        <w:rPr>
          <w:b w:val="0"/>
        </w:rPr>
        <w:t>IN WITNESS WHEREOF, I hereby affix my signature this __________ at ____________________.</w:t>
      </w:r>
    </w:p>
    <w:p>
      <w:pPr>
        <w:spacing w:after="240"/>
      </w:pPr>
      <w:r>
        <w:rPr>
          <w:b w:val="0"/>
        </w:rPr>
        <w:t>(Date)                                      (Place)</w:t>
      </w:r>
    </w:p>
    <w:p>
      <w:pPr>
        <w:spacing w:after="260"/>
        <w:jc w:val="center"/>
      </w:pPr>
      <w:r>
        <w:rPr>
          <w:b w:val="0"/>
        </w:rPr>
        <w:t>________________________________________</w:t>
        <w:br/>
        <w:t>(Complainant's Signature over Printed Name)</w:t>
      </w:r>
    </w:p>
    <w:p>
      <w:pPr>
        <w:spacing w:before="200" w:after="120"/>
      </w:pPr>
      <w:r>
        <w:rPr>
          <w:b/>
        </w:rPr>
        <w:t>For DTI Authorized Personnel</w:t>
      </w:r>
    </w:p>
    <w:p>
      <w:r>
        <w:rPr>
          <w:b w:val="0"/>
        </w:rPr>
        <w:t>Mode of Receipt:  □ Walk-in  □ Postal Mail  □ E-mail  □ Phone-in  □ Social Media  □ Others:</w:t>
      </w:r>
    </w:p>
    <w:p>
      <w:r>
        <w:rPr>
          <w:b w:val="0"/>
        </w:rPr>
        <w:t>Status of Complaint:  □ Resolved  □ Withdrawn  □ Issued CFA  □ Referred to</w:t>
      </w:r>
    </w:p>
    <w:p>
      <w:r>
        <w:rPr>
          <w:b/>
        </w:rPr>
        <w:t xml:space="preserve">Date/s of Mediation  </w:t>
      </w:r>
      <w:r>
        <w:t>__________________________________________________</w:t>
      </w:r>
    </w:p>
    <w:p>
      <w:r>
        <w:rPr>
          <w:b/>
        </w:rPr>
        <w:t xml:space="preserve">Remarks  </w:t>
      </w:r>
      <w:r>
        <w:t>__________________________________________________</w:t>
      </w:r>
    </w:p>
    <w:p>
      <w:pPr>
        <w:jc w:val="center"/>
      </w:pPr>
      <w:r>
        <w:rPr>
          <w:b w:val="0"/>
        </w:rPr>
        <w:t>________________________________________</w:t>
        <w:br/>
        <w:t>(Authorized Personnel's Signature over Printed Name)</w:t>
      </w:r>
    </w:p>
    <w:sectPr w:rsidR="00FC693F" w:rsidRPr="0006063C" w:rsidSect="00034616">
      <w:footerReference w:type="default" r:id="rId9"/>
      <w:pgSz w:w="12240" w:h="15840"/>
      <w:pgMar w:top="864" w:right="1181" w:bottom="864"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4"/>
      </w:rPr>
      <w:t>Original government PDF: https://fairtrade.dti.gov.ph/wp-content/uploads/2023/08/FM-CC-01v0_Initial-Complaint-Form.pdf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contextualSpacing/>
    </w:pPr>
    <w:rPr>
      <w:rFonts w:asciiTheme="majorHAnsi" w:eastAsiaTheme="majorEastAsia" w:hAnsiTheme="majorHAnsi" w:cstheme="majorBidi" w:ascii="Arial" w:hAnsi="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Editable transcription of DTI Fair Trade sample</dc:title>
  <dc:subject/>
  <dc:creator>Formhub</dc:creator>
  <cp:keywords/>
  <dc:description>Editable transcription; check the linked government PDF before use.</dc:description>
  <cp:lastModifiedBy/>
  <cp:revision>1</cp:revision>
  <dcterms:created xsi:type="dcterms:W3CDTF">2013-12-23T23:15:00Z</dcterms:created>
  <dcterms:modified xsi:type="dcterms:W3CDTF">2013-12-23T23:15:00Z</dcterms:modified>
  <cp:category/>
</cp:coreProperties>
</file>