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"/>
      </w:pPr>
      <w:r>
        <w:rPr>
          <w:b/>
          <w:color w:val="505A69"/>
          <w:sz w:val="16"/>
        </w:rPr>
        <w:t>FORMHUB WORD CONVERSION • City of Imus PDF sample</w:t>
      </w:r>
    </w:p>
    <w:p>
      <w:pPr>
        <w:spacing w:after="180"/>
      </w:pPr>
      <w:r>
        <w:rPr>
          <w:b w:val="0"/>
        </w:rPr>
        <w:t>REPUBLIC OF THE PHILIPPINES )</w:t>
        <w:br/>
        <w:t>CITY OF MANILA                 ) S.S</w:t>
      </w:r>
    </w:p>
    <w:p>
      <w:pPr>
        <w:pStyle w:val="Title"/>
        <w:jc w:val="center"/>
      </w:pPr>
      <w:r>
        <w:t>AFFIDAVIT OF LOSS</w:t>
      </w:r>
    </w:p>
    <w:p>
      <w:r>
        <w:rPr>
          <w:b w:val="0"/>
        </w:rPr>
        <w:t>I, _____________, of legal age, single/married and residing at_____________after having been duly sworn to according to law hereby depose and state:</w:t>
      </w:r>
    </w:p>
    <w:p>
      <w:r>
        <w:rPr>
          <w:b w:val="0"/>
        </w:rPr>
        <w:t>1. That I am the owner of a ________________ model __________ with unit number _____________________under account number _____________________;</w:t>
      </w:r>
    </w:p>
    <w:p>
      <w:r>
        <w:rPr>
          <w:b w:val="0"/>
        </w:rPr>
        <w:t>2. That on the ___th of ____________, 2013 with a number of _____________ and _____________ I was carrying while getting out of my car, my said ____________ must have slipped from my pocket because after I reached my office, I hurriedly tried to get my said ______________ from my pocket but I was a little bit shocked as it was not there anymore;</w:t>
      </w:r>
    </w:p>
    <w:p>
      <w:r>
        <w:rPr>
          <w:b w:val="0"/>
        </w:rPr>
        <w:t>3. That after diligent search inside my car and the stairs and elevator used going up my office, my said ____________ was nowhere to be found anymore;</w:t>
      </w:r>
    </w:p>
    <w:p>
      <w:r>
        <w:rPr>
          <w:b w:val="0"/>
        </w:rPr>
        <w:t>4. That I am executing this affidavit in order to attest to the truth of the foregoing circumstances and for the purpose of reporting the loss to the Globe business center.</w:t>
      </w:r>
    </w:p>
    <w:p>
      <w:pPr>
        <w:spacing w:after="240"/>
      </w:pPr>
      <w:r>
        <w:rPr>
          <w:b w:val="0"/>
        </w:rPr>
        <w:t>IN WITNESS WHEREOF, I have hereunto set my hand this ___day of _______, 2013 at the City of ____________.</w:t>
      </w:r>
    </w:p>
    <w:p>
      <w:pPr>
        <w:tabs>
          <w:tab w:pos="5040" w:val="left"/>
        </w:tabs>
        <w:spacing w:after="40"/>
      </w:pPr>
      <w:r>
        <w:t>___________________</w:t>
        <w:tab/>
        <w:t>__________________</w:t>
      </w:r>
    </w:p>
    <w:p>
      <w:pPr>
        <w:tabs>
          <w:tab w:pos="5040" w:val="left"/>
        </w:tabs>
        <w:spacing w:after="240"/>
      </w:pPr>
      <w:r>
        <w:t>Affiant</w:t>
        <w:tab/>
        <w:t>Affiant</w:t>
      </w:r>
    </w:p>
    <w:p>
      <w:pPr>
        <w:spacing w:after="160"/>
      </w:pPr>
      <w:r>
        <w:rPr>
          <w:b w:val="0"/>
        </w:rPr>
        <w:t>SUBSCRIBED AND SWORN to before me this __ day of ___________ 2013, affiant exhibited a competent proof of their Identity:</w:t>
      </w:r>
    </w:p>
    <w:p>
      <w:pPr>
        <w:spacing w:after="100"/>
        <w:jc w:val="center"/>
      </w:pPr>
      <w:r>
        <w:rPr>
          <w:b w:val="0"/>
        </w:rPr>
        <w:t>Govt. Issued I.D.                           Valid Until</w:t>
      </w:r>
    </w:p>
    <w:p>
      <w:pPr>
        <w:spacing w:after="180"/>
        <w:jc w:val="center"/>
      </w:pPr>
      <w:r>
        <w:rPr>
          <w:b w:val="0"/>
        </w:rPr>
        <w:t>__________________      _______________________      ________________</w:t>
        <w:br/>
        <w:t>__________________      _______________________      ________________</w:t>
      </w:r>
    </w:p>
    <w:p>
      <w:pPr>
        <w:spacing w:after="160"/>
        <w:jc w:val="center"/>
      </w:pPr>
      <w:r>
        <w:rPr>
          <w:b w:val="0"/>
        </w:rPr>
        <w:t>Notary Public</w:t>
      </w:r>
    </w:p>
    <w:p>
      <w:r>
        <w:rPr>
          <w:b w:val="0"/>
        </w:rPr>
        <w:t>Doc. No. __________;</w:t>
        <w:br/>
        <w:t>Page No. __________;</w:t>
        <w:br/>
        <w:t>Book No. __________;</w:t>
        <w:br/>
        <w:t>Series of 2013.</w:t>
      </w:r>
    </w:p>
    <w:sectPr w:rsidR="00FC693F" w:rsidRPr="0006063C" w:rsidSect="00034616">
      <w:footerReference w:type="default" r:id="rId9"/>
      <w:pgSz w:w="12240" w:h="15840"/>
      <w:pgMar w:top="1037" w:right="1181" w:bottom="1037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4"/>
      </w:rPr>
      <w:t>Original government PDF: https://cityofimus.gov.ph/docs/Downloadable%20Forms/Affidavit-of-Loss.pdf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1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Editable transcription of City of Imus sample</dc:title>
  <dc:subject/>
  <dc:creator>Formhub</dc:creator>
  <cp:keywords/>
  <dc:description>Editable transcription; check the linked government PDF before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